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VI CONGRESSO DA ASSOCIAÇÃO DE BRASILIANISTAS NA EUROPA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FORMULÁRIO DE PROPOSTA DE PAINEL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Varsóvia, 14–17 de setembro de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Este formulário destina-se ao envio de propostas de painéis temáticos para o VI Congresso da Associação de Brasilianistas na Europa. Preencha todos os campos solicitados.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1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Título do painel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Informe o título completo da proposta.</w:t>
      </w:r>
      <w:r w:rsidDel="00000000" w:rsidR="00000000" w:rsidRPr="00000000">
        <w:rPr>
          <w:rtl w:val="0"/>
        </w:rPr>
      </w:r>
    </w:p>
    <w:tbl>
      <w:tblPr>
        <w:tblStyle w:val="Table1"/>
        <w:tblW w:w="9406.0" w:type="dxa"/>
        <w:jc w:val="center"/>
        <w:tblLayout w:type="fixed"/>
        <w:tblLook w:val="0400"/>
      </w:tblPr>
      <w:tblGrid>
        <w:gridCol w:w="9406"/>
        <w:tblGridChange w:id="0">
          <w:tblGrid>
            <w:gridCol w:w="9406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60" w:before="1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Área temática e disciplina</w:t>
      </w:r>
      <w:r w:rsidDel="00000000" w:rsidR="00000000" w:rsidRPr="00000000">
        <w:rPr>
          <w:b w:val="1"/>
          <w:bCs w:val="1"/>
          <w:rtl w:val="0"/>
        </w:rPr>
        <w:t xml:space="preserve"> científica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Ex.: Ciências Humanas - Literatura; Ciências Sociais - Ciência Política, etc.</w:t>
      </w:r>
      <w:r w:rsidDel="00000000" w:rsidR="00000000" w:rsidRPr="00000000">
        <w:rPr>
          <w:rtl w:val="0"/>
        </w:rPr>
      </w:r>
    </w:p>
    <w:tbl>
      <w:tblPr>
        <w:tblStyle w:val="Table2"/>
        <w:tblW w:w="9406.0" w:type="dxa"/>
        <w:jc w:val="center"/>
        <w:tblLayout w:type="fixed"/>
        <w:tblLook w:val="0400"/>
      </w:tblPr>
      <w:tblGrid>
        <w:gridCol w:w="9406"/>
        <w:tblGridChange w:id="0">
          <w:tblGrid>
            <w:gridCol w:w="9406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before="1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Coordenadores</w:t>
      </w:r>
      <w:r w:rsidDel="00000000" w:rsidR="00000000" w:rsidRPr="00000000">
        <w:rPr>
          <w:rtl w:val="0"/>
        </w:rPr>
      </w:r>
    </w:p>
    <w:tbl>
      <w:tblPr>
        <w:tblStyle w:val="Table3"/>
        <w:tblW w:w="9406.0" w:type="dxa"/>
        <w:jc w:val="center"/>
        <w:tblLayout w:type="fixed"/>
        <w:tblLook w:val="0400"/>
      </w:tblPr>
      <w:tblGrid>
        <w:gridCol w:w="4703"/>
        <w:gridCol w:w="4703"/>
        <w:tblGridChange w:id="0">
          <w:tblGrid>
            <w:gridCol w:w="4703"/>
            <w:gridCol w:w="4703"/>
          </w:tblGrid>
        </w:tblGridChange>
      </w:tblGrid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Coordenador(a)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Coordenador(a)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Nome completo: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Instituição de afiliação: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Instituição de afiliação: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País: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País: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Observação: a proposta deve ser apresentada por dois coordenadores vinculados a instituições e países diferentes, sendo pelo menos um deles proveniente de uma instituição europeia.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before="1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Resumo do painel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Máximo de 3.000-4.500 caracteres, incluindo espaços.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O resumo deverá apresentar, de forma clara, o tema central do painel, seus principais problemas e questões de pesquisa, bem como a perspectiva teórica, metodológica ou disciplinar que orientará as discussões. Adicionalmente, deverá explicitar a relevância científica do painel, sua contribuição para os Estudos Brasileiros e, quando pertinente, o potencial de diálogo entre diferentes áreas, abordagens ou contextos nacionais. </w:t>
      </w:r>
      <w:r w:rsidDel="00000000" w:rsidR="00000000" w:rsidRPr="00000000">
        <w:rPr>
          <w:rtl w:val="0"/>
        </w:rPr>
      </w:r>
    </w:p>
    <w:tbl>
      <w:tblPr>
        <w:tblStyle w:val="Table4"/>
        <w:tblW w:w="9406.0" w:type="dxa"/>
        <w:jc w:val="center"/>
        <w:tblLayout w:type="fixed"/>
        <w:tblLook w:val="0400"/>
      </w:tblPr>
      <w:tblGrid>
        <w:gridCol w:w="9406"/>
        <w:tblGridChange w:id="0">
          <w:tblGrid>
            <w:gridCol w:w="9406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60" w:before="1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Referências bibliográficas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lineRule="auto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Máximo de 10 referências.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Utilize, preferencialmente, uma norma bibliográfica consistente em toda a lista.</w:t>
      </w:r>
      <w:r w:rsidDel="00000000" w:rsidR="00000000" w:rsidRPr="00000000">
        <w:rPr>
          <w:rtl w:val="0"/>
        </w:rPr>
      </w:r>
    </w:p>
    <w:tbl>
      <w:tblPr>
        <w:tblStyle w:val="Table5"/>
        <w:tblW w:w="9406.0" w:type="dxa"/>
        <w:jc w:val="center"/>
        <w:tblLayout w:type="fixed"/>
        <w:tblLook w:val="0400"/>
      </w:tblPr>
      <w:tblGrid>
        <w:gridCol w:w="9406"/>
        <w:tblGridChange w:id="0">
          <w:tblGrid>
            <w:gridCol w:w="9406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tcBorders>
              <w:top w:color="b7b7b7" w:space="0" w:sz="6" w:val="single"/>
              <w:left w:color="b7b7b7" w:space="0" w:sz="6" w:val="single"/>
              <w:bottom w:color="b7b7b7" w:space="0" w:sz="6" w:val="single"/>
              <w:right w:color="b7b7b7" w:space="0" w:sz="6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VI Congresso da Associação de Brasilianistas na Europa • Varsóvia • 14-17 de setembro de 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247" w:top="124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9h0SMaoLoWo74z/N7yHmUX/reQ==">CgMxLjA4AHIhMW04dHlGSU1iR0xFWVRCNnQ2R2xZVHpneUdQVUhpMk16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